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את/ה גר/ה? – שכונה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לשאול ולענות על השאלה איפה את/ה גר/ה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של שכונה ועיר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במילים יש/אין וב/ליד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(🛣️)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(🏘️)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(🌆)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(🛍️)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שם השיר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מתארת קרבה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 נבלעת, למשל בעיר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הן מנגידות בין קיים לחסר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אלה שני סוגי מקומות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על השכונה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נכון במילים יש/אין, ב/ליד, ומתאר/ת לפחות שלושה פרטים על השכונה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שימוש נכון במילת היחס ב- ובמילה ליד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שימוש נכון בב- לפני שם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יש/אין ושני פרטים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שב+ה=ב (בעיר)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השיר ולבקש מהתלמידים לסמן מילים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בעל פה את השאלה והתשובה על מקום מגורים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המיון כדאי לחבר דוגמאות מהכיתה או מהשכונה האמיתית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איפה את/ה גר/ה? – שכונה ומקום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נלמד שיר על חיים בשכונה עירונית, נתרגל שאלות על מקום מגורים ונלמד לתאר מה יש ומה אין בשכונה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"איפה את/ה גר/ה?" היא שאלה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 + העיר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בהעיר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בהעיר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מציינת שמשהו קיים?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מ"יש"?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"ליד" פירושו...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גר/ה __________ חיפה.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ברחוב שלי __________ בית קפה.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__________ בדירה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החנות __________ הבית.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בשכונה שלי יש גן, אבל __________ קניון.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מתאימים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🏘️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🛣️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🛍️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🌆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של היחידה נקרא "גרה בשינקין".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"ליד" היא מילת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ב' לפני ה' הידיעה נשארת בלי שינוי.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"יש" ו"אין" הן מילות קיום.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"חנות" ו"בית קפה" הם אותו מקום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על השכונה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מודעה קצרה "ברוכים הבאים לשכונה שלי": מה יש בשכונה, מה אין בה, ומה כדאי לראות.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ענו בכמה משפטים: איפה את/ה גר/ה, ומה יש ליד הבית שלך?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אתה/את גר/ה?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 בשכונה שלך ומה אין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האות ב' גורמת לה' להיבלע?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איפה את/ה גר/ה? – שכונה ומקום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