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איפה את/ה גר/ה? – שכונה ומקום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לשאול ולענות על השאלה איפה את/ה גר/ה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אוצר מילים של שכונה ועיר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במילים יש/אין וב/ליד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(🛣️)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(🏘️)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שם השיר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מתארת קרבה למקום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על השכונה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שימוש נכון במילת היחס ב- ובמילה ליד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שימוש נכון בב- לפני שם 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יש/אין ושני פרטים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שב+ה=ב (בעיר)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בהשמעת השיר ולבקש מהתלמידים לסמן מילים שהם שומעים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בעל פה את השאלה והתשובה על מקום מגורים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המיון כדאי לחבר דוגמאות מהכיתה או מהשכונה האמיתית של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איפה את/ה גר/ה? – שכונה ומקום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ביחידה הזו נלמד שיר על חיים בשכונה עירונית, נתרגל שאלות על מקום מגורים ונלמד לתאר מה יש ומה אין בשכונה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יש  ·  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"איפה את/ה גר/ה?" היא שאלה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מציינת שמשהו קיים?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ההפך מ"יש"?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גר/ה __________ חיפה.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ברחוב שלי __________ בית קפה.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מתאימים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🏘️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🛣️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של היחידה נקרא "גרה בשינקין".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"ליד" היא מילת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כותבים על השכונה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ענו בכמה משפטים: איפה את/ה גר/ה, ומה יש ליד הבית שלך?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אתה/את גר/ה?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יש בשכונה שלך ומה אין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איפה את/ה גר/ה? – שכונה ומקום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